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החזון של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חברתיים שהרצל דמיין עבור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תכנון עיר מתוך ערכים ורעיונות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עזרה הדדית בין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אחד הערכים המרכזיים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מתאר מוסדות ציבור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ללמידה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לטיפול ברפואה)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לתרבות ואמנות)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ערכים חשובים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לתכנן אילו מבנים ומוסדות יהיו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לבנות את המבנים לפי התכנון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קשר הגיוני לערך מהחזון כמו עזרה הדדית או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ישנה-חדשה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עזרה הדדית, סובלנות או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 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בניית העיר ולדון כיצד הערכים באים לידי ביטוי במבנים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בקבוצות קטנות את רעיונות העיר שתכננו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ניתן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בספר אלטנוילנד דמיין הרצל איך תיראה ארץ ישראל בעתיד - עיר מודרנית עם בתי ספר, בתי חולים ושיתוף פעולה בין כל התושבים. בדף זה נתרגל את הרעיונות שעומדים מאחורי החזון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  ·  ישנה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השם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ארץ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ארץ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אחד הערכים המרכזיים בעיר שהרצל דמיין?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עזרה הדדית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תחרות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בידוד מהעולם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דמיין עיר שבה כל התושבים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בספר אלטנוילנד אין מקום לבתי חולים ובתי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אלטנוילנד פירושו ארץ __________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בעיר שהרצל דמיין היה חשוב שהתושבים יעזרו אחד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מבנה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לתרבות ואמנות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ללמידה והשכלה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לטיפול ברפואה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לבנות את המבנים לפי התכנון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ערכים חשובים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לתכנן אילו מבנים ומוסדות יהיו בעיר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ערך אחד מהחזון של הרצל שהיית רוצה שיהיה בעיר שלך?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פירוש השם אלטנוילנד?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ערך אחד שהרצל ראה כחשוב לחברה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- בנו עיר חלומות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