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החזון של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חברתיים שהרצל דמיין עבור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תכנון עיר מתוך ערכים ורעיונות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עזרה הדדית בין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מוסדות ציבור כמו בתי ספר ובתי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אחד הערכים המרכזיים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מתאר מוסדות ציבור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תל אביב נקראה כך בהשראת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סובלנות היתה ערך מרכזי בחזונו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ללמידה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(מקום לטיפול ברפואה)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לתרבות ואמנות)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(ארגון שבו אנשים עובדים יחד למען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לתפילה ולקהילה)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ערכים חשובים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לתכנן אילו מבנים ומוסדות יהיו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על חוקים שישמרו על שוויון וסובלנות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 את המבנים לפי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להזמין תושבים לגור ולהשתתף בחיי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קשר הגיוני לערך מהחזון כמו עזרה הדדית או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ישנה-חדשה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עזרה הדדית, סובלנות או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 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בניית העיר ולדון כיצד הערכים באים לידי ביטוי במבנים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בקבוצות קטנות את רעיונות העיר שתכננו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ניתן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כתב ספר על עיר חלומות בארץ ישראל. בעיר הזאת כולם עוזרים אחד לשני. נלמד על הרעיונות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של הרצל, פירושו ארץ ישנה-חדשה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עזרה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לאנשים 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למען מטרה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 מופתית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קהילה שמשמשת דוגמה טובה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מוסד ציבורי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שמשרת את כל הציבור כמו בית ספר או בית 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זהה לכל 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אלטנוילנד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קורה הסיפור בספר?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היה בעיר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עזרה הדדית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בידוד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נקראת בהשראת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היה לבנות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מוסדות ציבור כמו בתי ספר ובתי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חומות גבוהות סביב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מיסים גבוהים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גדול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דמיין עיר שבה כל התושבים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 אלטנוילנד אין מקום לבתי חולים ובתי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אלטנוילנד השפיע על השם העברי של עיר 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חשב שסובלנות בין אנשים שונים אינה חשובה לחברה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אלטנוילנד פירושו ארץ __________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בעיר שהרצל דמיין היה חשוב שהתושבים יעזרו אחד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הספר של הרצל השפיע על השם העברי של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ערך שעוסק בכבוד לאנשים שונים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מבנה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לתרבות ואמנות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לטיפול ברפואה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ארגון שבו אנשים עובדים יחד למען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אגודה שיתופית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לתפילה ולקהילה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ללמידה והשכלה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להזמין תושבים לגור ולהשתתף בחיי הקהילה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את המבנים לפי התכנון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ערכים חשובים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אילו מבנים ומוסדות יהיו בעיר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על חוקים שישמרו על שוויון וסובלנות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ערך אחד מהחזון של הרצל שהיית רוצה שיהיה בעיר שלך?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פירוש השם אלטנוילנד?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שהרצל ראה כחשוב לחברה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עיר ישראלית קשורה בשמה לספר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- בנו עיר חלומות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