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- בנו עיר חלומות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החזון של הרצל בספר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ערכים חברתיים שהרצל דמיין עבור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תכנון עיר מתוך ערכים ורעיונות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ארץ ישנה-חדשה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1923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עזרה הדדית בין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מוסדות ציבור כמו בתי ספר ובתי 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היה אחד הערכים המרכזיים בחזון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מתאר מוסדות ציבור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תל אביב נקראה כך בהשראת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סובלנות היתה ערך מרכזי בחזונו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סובלנות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מבנה למטרתו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ללמידה והשכלה)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 לטיפול ברפואה)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לתרבות ואמנות)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(ארגון שבו אנשים עובדים יחד למען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(מקום לתפילה ולקהילה)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ערכים חשובים לעיר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לתכנן אילו מבנים ומוסדות יהיו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להחליט על חוקים שישמרו על שוויון וסובלנות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לבנות את המבנים לפי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להזמין תושבים לגור ולהשתתף בחיי הקהילה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קשר הגיוני לערך מהחזון כמו עזרה הדדית או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ארץ ישנה-חדשה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עזרה הדדית, סובלנות או שוויון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 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לפעילות בניית העיר ולדון כיצד הערכים באים לידי ביטוי במבנים שנבחרו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בקבוצות קטנות את רעיונות העיר שתכננו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חינוך מיוחד ניתן להתמקד בחלקים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- בנו עיר חלומות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בספר אלטנוילנד דמיין הרצל איך תיראה ארץ ישראל בעתיד - עיר מודרנית עם בתי ספר, בתי חולים ושיתוף פעולה בין כל התושבים. בדף זה נתרגל את הרעיונות שעומדים מאחורי החזון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פירוש השם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ארץ ישנה-חדשה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ארץ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ארץ החלומות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ארץ הזהב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שנה דמיין הרצל שהחברה שבספרו תתקיים?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1923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אחד הערכים המרכזיים בעיר שהרצל דמיין?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עזרה הדדית בין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בין התושבים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בידוד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שלטון 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עיר ישראלית קיבלה את שמה העברי בהשראת שם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באר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ראה הרצל כחשוב לבניית חברה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מוסדות ציבור כמו בתי ספר ובתי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חומות גבוהות סביב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מיסים גבוהים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צבא גדול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דמיין עיר שבה כל התושבים שווים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 אלטנוילנד אין מקום לבתי חולים ובתי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הספר אלטנוילנד השפיע על השם העברי של עיר ישראלית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חשב שסובלנות בין אנשים שונים אינה חשובה לחברה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אלטנוילנד פירושו ארץ __________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בעיר שהרצל דמיין היה חשוב שהתושבים יעזרו אחד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הספר של הרצל השפיע על השם העברי של העיר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ערך שעוסק בכבוד לאנשים שונים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מבנה למטרתו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לתרבות ואמנות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בית חולים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ללמידה והשכלה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תיאטרון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לתפילה ולקהילה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אגודה שיתופית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לטיפול ברפואה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ארגון שבו אנשים עובדים יחד למען 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לבנות את המבנים לפי התכנון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להחליט על חוקים שישמרו על שוויון וסובלנות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להזמין תושבים לגור ולהשתתף בחיי הקהילה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לתכנן אילו מבנים ומוסדות יהיו בעיר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ערכים חשובים לעיר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ערך אחד מהחזון של הרצל שהיית רוצה שיהיה בעיר שלך?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פירוש השם אלטנוילנד?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שהרצל ראה כחשוב לחברה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עיר ישראלית קשורה בשמה לספר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החזון של הרצל - בנו עיר חלומות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